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98-inch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LYB98BSN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98-inch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98-inch LED panel (16:9), 2157.8 x 1213.9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900 x 600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576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2216.2 x 1316.6 x 106.7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9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9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LYB98BSN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LYB98BSN 98-inch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